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Rantaravintola Kurkiniemi</w:t>
      </w:r>
    </w:p>
    <w:p>
      <w:r>
        <w:t>18.2.2023 lauantai</w:t>
      </w:r>
    </w:p>
    <w:p>
      <w:pPr>
        <w:pStyle w:val="Heading1"/>
      </w:pPr>
      <w:r>
        <w:t>18.2.2023 lauantai</w:t>
      </w:r>
    </w:p>
    <w:p>
      <w:pPr>
        <w:pStyle w:val="Heading2"/>
      </w:pPr>
      <w:r>
        <w:t>08:30-12:00 Kärkipyörän pilkkikisat</w:t>
      </w:r>
    </w:p>
    <w:p>
      <w:r>
        <w:t>Älä jää kotiin loukkuun, tuu laittaa toukkaa koukkuun!</w:t>
      </w:r>
    </w:p>
    <w:p>
      <w:r>
        <w:t>Aikuiset 5€</w:t>
        <w:br/>
        <w:t>Alle 16v. nuoret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