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Pappilanniemen laavu</w:t>
      </w:r>
    </w:p>
    <w:p>
      <w:r>
        <w:t>25.2.2023 lauantai</w:t>
      </w:r>
    </w:p>
    <w:p>
      <w:pPr>
        <w:pStyle w:val="Heading1"/>
      </w:pPr>
      <w:r>
        <w:t>25.2.2023 lauantai</w:t>
      </w:r>
    </w:p>
    <w:p>
      <w:pPr>
        <w:pStyle w:val="Heading2"/>
      </w:pPr>
      <w:r>
        <w:t>11:00-14:00 Lumikenkäily tutuksi -pikakurssi (päiväretki, 3h) KURSSI PERUTTU!</w:t>
      </w:r>
    </w:p>
    <w:p>
      <w:r>
        <w:t>Uutta I Retkeilykurssit I LUMIKENKÄILY</w:t>
      </w:r>
    </w:p>
    <w:p>
      <w:r>
        <w:t>35 €/hlö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