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1.4.2023 lauantai</w:t>
      </w:r>
    </w:p>
    <w:p>
      <w:pPr>
        <w:pStyle w:val="Heading1"/>
      </w:pPr>
      <w:r>
        <w:t>1.4.2023-6.4.2023</w:t>
      </w:r>
    </w:p>
    <w:p>
      <w:pPr>
        <w:pStyle w:val="Heading2"/>
      </w:pPr>
      <w:r>
        <w:t>14:00-18:00 Kävellen olisit jo perillä</w:t>
      </w:r>
    </w:p>
    <w:p>
      <w:r>
        <w:t>Ensi-illassa nuorisoteatterilaisten itse kirjoittama näytelmä</w:t>
      </w:r>
    </w:p>
    <w:p>
      <w:r>
        <w:t>10 €/hlö. Lipunmyynti ovelta puoli tuntia ennen näytöksen alkua.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