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Voikosken rukoushuone, Helluntaivuorentie 16, 52920 Voikoski</w:t>
      </w:r>
    </w:p>
    <w:p>
      <w:r>
        <w:t>30.7.2023 sunnuntai</w:t>
      </w:r>
    </w:p>
    <w:p>
      <w:pPr>
        <w:pStyle w:val="Heading1"/>
      </w:pPr>
      <w:r>
        <w:t>30.7.2023 sunnuntai</w:t>
      </w:r>
    </w:p>
    <w:p>
      <w:pPr>
        <w:pStyle w:val="Heading2"/>
      </w:pPr>
      <w:r>
        <w:t>13:00-15:00 Marttojen kirkkopyhä ja myyjäiset</w:t>
      </w:r>
    </w:p>
    <w:p>
      <w:r>
        <w:t>Marttojen kirkkopyhä idyllisessä Voikosken kirkossa.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