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8.7.2023 lauantai</w:t>
      </w:r>
    </w:p>
    <w:p>
      <w:pPr>
        <w:pStyle w:val="Heading1"/>
      </w:pPr>
      <w:r>
        <w:t>8.7.2023-13.8.2023</w:t>
      </w:r>
    </w:p>
    <w:p>
      <w:pPr>
        <w:pStyle w:val="Heading2"/>
      </w:pPr>
      <w:r>
        <w:t>11:00-17:00 Muistatko vielä sen virren. Museon kesän teemanäyttely 14.6.-13.8.2023.</w:t>
      </w:r>
    </w:p>
    <w:p>
      <w:r>
        <w:t xml:space="preserve">Mäntyharjun museon kesän 2023 teemanäyttely: Muistatko vielä sen virren – kirkkomusiikkipitäjän historiaa </w:t>
      </w:r>
    </w:p>
    <w:p>
      <w:r>
        <w:t>Pääsylippu 4 / 2 €, alle 18-vuotiaat vapaa pääsy.</w:t>
        <w:br/>
        <w:t>Maksuvälineenä käy käteinen, yleisimmät maksukortit, Smartum, ePassi sekä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