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Elokuvateatteri Kino</w:t>
      </w:r>
    </w:p>
    <w:p>
      <w:r>
        <w:t>3.8.2023 torstai</w:t>
      </w:r>
    </w:p>
    <w:p>
      <w:pPr>
        <w:pStyle w:val="Heading1"/>
      </w:pPr>
      <w:r>
        <w:t>3.8.2023-6.8.2023</w:t>
      </w:r>
    </w:p>
    <w:p>
      <w:pPr>
        <w:pStyle w:val="Heading2"/>
      </w:pPr>
      <w:r>
        <w:t>10:00-20:00 Ilokuvafestivaali 3.-6.8.2023</w:t>
      </w:r>
    </w:p>
    <w:p>
      <w:r>
        <w:t>ILOKUVAFESTIVAALI Mäntyharjussa 3.-6.8.2023.</w:t>
        <w:br/>
        <w:br/>
      </w:r>
    </w:p>
    <w:p>
      <w:r>
        <w:t>Kertalippu 11€. Myytävään myös sarjalippuja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