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12:00-17:00 Ylämaankarjatilan Avoimet Ovet Mäntyharjulla</w:t>
      </w:r>
    </w:p>
    <w:p>
      <w:r>
        <w:t>VALMIIT YLÄMAANKARJAN LIHATUOTTEET JA</w:t>
        <w:br/>
        <w:br/>
        <w:t>ARJEN ELÄMYKSET SUORAAN PERHETILALTA!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