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Leskelä Highland luomutila, Koirakivi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10:00-16:00 Avoimet ovet Leskelän luomutilalla</w:t>
      </w:r>
    </w:p>
    <w:p>
      <w:r>
        <w:t>Avoimet ovet luomutilalla Suomen luonnonpäivänä klo 10-16.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