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14.6.2023 keskiviikko</w:t>
      </w:r>
    </w:p>
    <w:p>
      <w:pPr>
        <w:pStyle w:val="Heading1"/>
      </w:pPr>
      <w:r>
        <w:t>14.6.2023 keskiviikko</w:t>
      </w:r>
    </w:p>
    <w:p>
      <w:pPr>
        <w:pStyle w:val="Heading2"/>
      </w:pPr>
      <w:r>
        <w:t>10:00-14:00 Diakonian lettukestit ja arpajaiset Yhteisvastuun hyväksi</w:t>
      </w:r>
    </w:p>
    <w:p>
      <w:r>
        <w:t>lettuja ja hyvä seura Mäntyharjun 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