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Rantapuisto Mäntyharju</w:t>
      </w:r>
    </w:p>
    <w:p>
      <w:r>
        <w:t>31.5.2023 keskiviikko</w:t>
      </w:r>
    </w:p>
    <w:p>
      <w:pPr>
        <w:pStyle w:val="Heading1"/>
      </w:pPr>
      <w:r>
        <w:t>31.5.2023-16.8.2023</w:t>
      </w:r>
    </w:p>
    <w:p>
      <w:pPr>
        <w:pStyle w:val="Heading2"/>
      </w:pPr>
      <w:r>
        <w:t>17:00-18:30 Puisto taiji (Tai Chi)</w:t>
      </w:r>
    </w:p>
    <w:p>
      <w:r>
        <w:t>Taijin (tai chi) puistokurssi Mäntyharjulla</w:t>
      </w:r>
    </w:p>
    <w:p>
      <w:r>
        <w:t>Kokeilumaksu/kertamaksu 15€, koko kesän kurssimaksu 120€ (11 kertaa), mikäli päätät tulla koko kurssille, etkä ole vielä jäsen, sinun tulee myös maksaa seuran vuosijäsenmaksu 35€. Voit tulla paikalle myös ilmoittautumatta ja maksaa kokeilumaksun tasarahalla, mikäli päätät tulla koko kurssille kokeilumaksu vähennetään kurssimaksusta.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