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28.7.2023 perjantai</w:t>
      </w:r>
    </w:p>
    <w:p>
      <w:pPr>
        <w:pStyle w:val="Heading1"/>
      </w:pPr>
      <w:r>
        <w:t>28.7.2023 perjantai</w:t>
      </w:r>
    </w:p>
    <w:p>
      <w:pPr>
        <w:pStyle w:val="Heading2"/>
      </w:pPr>
      <w:r>
        <w:t>18:00-21:00 Esa Eloranta konsertti Makasiinin Puoti &amp; Kahvilassa pe 28.7 kello 18-21</w:t>
      </w:r>
    </w:p>
    <w:p>
      <w:r>
        <w:t>Hurmaava raspikurkku Esa Eloranta (legendaarisen Garbo-yhtyeen laulaja) soolokeikalla Mäntyharjun Makasiinilla.</w:t>
      </w:r>
    </w:p>
    <w:p>
      <w:r>
        <w:t>Eturivin sohvapaikat (6kpl) 15€</w:t>
        <w:br/>
        <w:t>Salin istumapaikat (20kpl) 8€</w:t>
        <w:br/>
        <w:br/>
        <w:t>Salin seisomapaikat sekä terassipaikat maksuttomia!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