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Makasiinin Puoti &amp; Kahvila, Asematie 10</w:t>
      </w:r>
    </w:p>
    <w:p>
      <w:r>
        <w:t>30.6.2023 perjantai</w:t>
      </w:r>
    </w:p>
    <w:p>
      <w:pPr>
        <w:pStyle w:val="Heading1"/>
      </w:pPr>
      <w:r>
        <w:t>30.6.2023 perjantai</w:t>
      </w:r>
    </w:p>
    <w:p>
      <w:pPr>
        <w:pStyle w:val="Heading2"/>
      </w:pPr>
      <w:r>
        <w:t>18:00-21:00 Avaimenperäworkshop &amp; Friday Night Fever - baari Makasiinilla pe 30.6 kello 18-&amp;gt;</w:t>
      </w:r>
    </w:p>
    <w:p>
      <w:r>
        <w:t xml:space="preserve"> Avaimenperä workshop</w:t>
      </w:r>
    </w:p>
    <w:p>
      <w:r>
        <w:t>Baari maksuton.</w:t>
        <w:br/>
        <w:br/>
        <w:t>Workshop - otetaan 12 osallistujaa, hinta 29€ /hlö.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