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7.7.2023 perjantai</w:t>
      </w:r>
    </w:p>
    <w:p>
      <w:pPr>
        <w:pStyle w:val="Heading1"/>
      </w:pPr>
      <w:r>
        <w:t>7.7.2023 perjantai</w:t>
      </w:r>
    </w:p>
    <w:p>
      <w:pPr>
        <w:pStyle w:val="Heading2"/>
      </w:pPr>
      <w:r>
        <w:t>18:00-21:00 Tiskirättiworkshop &amp; Friday Night Fever Baari Makasiinilla pe 7.7. kello 18-&amp;gt;</w:t>
      </w:r>
    </w:p>
    <w:p>
      <w:r>
        <w:t>Tiskirättiworkshop</w:t>
      </w:r>
    </w:p>
    <w:p>
      <w:r>
        <w:t>Baariin ei pääsymaksua.</w:t>
        <w:br/>
        <w:br/>
        <w:t>Workshopiin otetaan 12 osallistujaa, ilmoittautuminen verkkosivuilla, hinta 29€/hlö, sis. alkoholittoman kuoharilasin.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