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Makasiinin Puoti &amp; Kahvila, Asematie 10</w:t>
      </w:r>
    </w:p>
    <w:p>
      <w:r>
        <w:t>14.7.2023 perjantai</w:t>
      </w:r>
    </w:p>
    <w:p>
      <w:pPr>
        <w:pStyle w:val="Heading1"/>
      </w:pPr>
      <w:r>
        <w:t>14.7.2023 perjantai</w:t>
      </w:r>
    </w:p>
    <w:p>
      <w:pPr>
        <w:pStyle w:val="Heading2"/>
      </w:pPr>
      <w:r>
        <w:t>18:00-22:00 80´s &amp; 90´s DISCO by DJ MAX &amp; Koriamppelityöpaja Makasiinilla pe 14.7 klo 18-&amp;gt;</w:t>
      </w:r>
    </w:p>
    <w:p>
      <w:r>
        <w:t>Maksuton RETRODISCO Makasiinilla</w:t>
      </w:r>
    </w:p>
    <w:p>
      <w:r>
        <w:t>DISCO maksuton.</w:t>
        <w:br/>
        <w:br/>
        <w:t>Workshopiin otetaan 12 osallistujaa, ilmoittautua voi verkkokaupassa. Hinta 39€/hlö sisältää opastuksen, materiaalit sekä alkoholittoman kuoharilasin.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