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Toivolan maamiesseurantalo</w:t>
      </w:r>
    </w:p>
    <w:p>
      <w:r>
        <w:t>23.6.2023 perjantai</w:t>
      </w:r>
    </w:p>
    <w:p>
      <w:pPr>
        <w:pStyle w:val="Heading1"/>
      </w:pPr>
      <w:r>
        <w:t>23.6.2023 perjantai</w:t>
      </w:r>
    </w:p>
    <w:p>
      <w:pPr>
        <w:pStyle w:val="Heading2"/>
      </w:pPr>
      <w:r>
        <w:t>19:30-21:30 Toivolan juhannus juhla</w:t>
      </w:r>
    </w:p>
    <w:p>
      <w:r>
        <w:t>Juhannuskokko syttyy klo 20.00 ja paikanpäällä on kanttiini josta voi ostaa muurinpohjalettuja, kahvia ja jotain muuta pientä naposteltavaa.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