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~ Hiekkaharjuntie 13 ~</w:t>
      </w:r>
    </w:p>
    <w:p>
      <w:r>
        <w:t>20.6.2023 tiistai</w:t>
      </w:r>
    </w:p>
    <w:p>
      <w:pPr>
        <w:pStyle w:val="Heading1"/>
      </w:pPr>
      <w:r>
        <w:t>20.6.2023 tiistai</w:t>
      </w:r>
    </w:p>
    <w:p>
      <w:pPr>
        <w:pStyle w:val="Heading2"/>
      </w:pPr>
      <w:r>
        <w:t>17:00-21:00 Haikkusafari-ilta</w:t>
      </w:r>
    </w:p>
    <w:p>
      <w:r>
        <w:t xml:space="preserve">Haikkusafarilla koet elämyksiä, jotka nostavat hymyn huulille koko perheelle. </w:t>
      </w:r>
    </w:p>
    <w:p>
      <w:r>
        <w:t>Itse tapahtuma on maksuton ja pääset näkemään eläimiä sekä tutustumaan niiden elinympäristöön, kolmelle laitumelle Safarikärryssä kulettava noin 45 minuutin mitainen Haikkusafari on maksullinen.</w:t>
        <w:br/>
        <w:t>Haikkusafarin hinta on 10 €/ henkilö tai 6 henkilön seurue 45 €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