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Poronkatu 6, Launiala (Mikkeli)</w:t>
      </w:r>
    </w:p>
    <w:p>
      <w:r>
        <w:t>10.6.2023 lauantai</w:t>
      </w:r>
    </w:p>
    <w:p>
      <w:pPr>
        <w:pStyle w:val="Heading1"/>
      </w:pPr>
      <w:r>
        <w:t>10.6.2023 lauantai</w:t>
      </w:r>
    </w:p>
    <w:p>
      <w:pPr>
        <w:pStyle w:val="Heading2"/>
      </w:pPr>
      <w:r>
        <w:t>10:00-16:00 Hope Mikkeli 10 v</w:t>
      </w:r>
    </w:p>
    <w:p>
      <w:r>
        <w:t>Kutsumme sinut ja perheesi kanssamme Tästä tulee hyvä päivä - Hope Mikkelin 10v synttäreille.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