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13:00-15:00 Mäntyharjun viisiottelut</w:t>
      </w:r>
    </w:p>
    <w:p>
      <w:r>
        <w:t>Mäntyharjun viisiottelu lauantaina 22.7. klo 13-15 Monitoimihalli Kisalaan.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