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1.7.2023 lauantai</w:t>
      </w:r>
    </w:p>
    <w:p>
      <w:pPr>
        <w:pStyle w:val="Heading1"/>
      </w:pPr>
      <w:r>
        <w:t>1.7.2023-15.7.2023</w:t>
      </w:r>
    </w:p>
    <w:p>
      <w:pPr>
        <w:pStyle w:val="Heading2"/>
      </w:pPr>
      <w:r>
        <w:t>14:00-14:00 Rikas - rakas - köyhä - varas 1.7-15.7.</w:t>
      </w:r>
    </w:p>
    <w:p>
      <w:r>
        <w:t xml:space="preserve">Näytelmä kertoo hauskalla ja kansanomaisella tavalla rahanahneudesta ja äkkirikastumisen mukanaan tuomasta sosiaalisen aseman muutoksesta. </w:t>
      </w:r>
    </w:p>
    <w:p>
      <w:r>
        <w:t>nettilippu.fi</w:t>
        <w:br/>
        <w:t>aikuiset - 23€</w:t>
        <w:br/>
        <w:t>lapset (7-12v.) - 10€</w:t>
        <w:br/>
        <w:br/>
        <w:t>Portilta:</w:t>
        <w:br/>
        <w:t>aikuiset - 25€</w:t>
        <w:br/>
        <w:t>lapset (7-12v.) - 12€</w:t>
        <w:br/>
        <w:br/>
        <w:t>Alle 7v. sekä henkilökohtaiset avustajat ilmaiseksi.</w:t>
        <w:br/>
        <w:br/>
        <w:t>4.7. ja 11.7. näytöksiin 2€ alennus S-etukortilla.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