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14:00-16:00 Piknikkonsertti Iso-Pappilassa</w:t>
      </w:r>
    </w:p>
    <w:p>
      <w:r>
        <w:t>Piknikkonsertti Iso-Pappilassa. Esiintymässä Kirsi-Marja \"Kiki\" Harju, laulu ja trumpetti - Juho Valjakka, piano</w:t>
        <w:br/>
        <w:br/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