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6.7.2023 torstai</w:t>
      </w:r>
    </w:p>
    <w:p>
      <w:pPr>
        <w:pStyle w:val="Heading1"/>
      </w:pPr>
      <w:r>
        <w:t>6.7.2023 torstai</w:t>
      </w:r>
    </w:p>
    <w:p>
      <w:pPr>
        <w:pStyle w:val="Heading2"/>
      </w:pPr>
      <w:r>
        <w:t>17:00-21:00 Elvis sanoin &amp; sävelin</w:t>
      </w:r>
    </w:p>
    <w:p>
      <w:r>
        <w:t xml:space="preserve">Ismo &amp; Men In Back -yhtyeen esittämä, ennennäkemätön kuulokuvakonsertti Elvis Presleyn elämästä, lapsuudesta aina uran huipulle saakka. </w:t>
        <w:br/>
      </w:r>
    </w:p>
    <w:p>
      <w:r>
        <w:t>Liput ovelta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