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31.7.2023 maanantai</w:t>
      </w:r>
    </w:p>
    <w:p>
      <w:pPr>
        <w:pStyle w:val="Heading1"/>
      </w:pPr>
      <w:r>
        <w:t>31.7.2023 maanantai</w:t>
      </w:r>
    </w:p>
    <w:p>
      <w:pPr>
        <w:pStyle w:val="Heading2"/>
      </w:pPr>
      <w:r>
        <w:t>17:00-18:00 Kahvakuula</w:t>
      </w:r>
    </w:p>
    <w:p>
      <w:r>
        <w:t xml:space="preserve">Kahvakuula ma 29.5.-31.7. (HUOM! ei treenejä 10.-17.7.) klo 17.05-17.55 </w:t>
        <w:br/>
        <w:br/>
      </w:r>
    </w:p>
    <w:p>
      <w:r>
        <w:t>Kertamaksu</w:t>
        <w:br/>
        <w:t>* 6 €/jäsen</w:t>
        <w:br/>
        <w:t>* 9 €/muut</w:t>
        <w:br/>
        <w:br/>
        <w:t>10 kerran kortti (vain jäsenille)</w:t>
        <w:br/>
        <w:t>* 49 €/aikuinen</w:t>
        <w:br/>
        <w:t>* 45 €/eläkeläinen</w:t>
        <w:br/>
        <w:t>* 35 €/alle 18 v.</w:t>
        <w:br/>
        <w:br/>
        <w:t xml:space="preserve">Maksu kortilla, Mobilepaylla (koodilla 55572), ePassilla, Edenredillä tai Smartumilla.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