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2.7.2023 sunnuntai</w:t>
      </w:r>
    </w:p>
    <w:p>
      <w:pPr>
        <w:pStyle w:val="Heading1"/>
      </w:pPr>
      <w:r>
        <w:t>2.7.2023 sunnuntai</w:t>
      </w:r>
    </w:p>
    <w:p>
      <w:pPr>
        <w:pStyle w:val="Heading2"/>
      </w:pPr>
      <w:r>
        <w:t>12:00-17:00 Avoimet ovet Ylämaankarjatilalla 2023 - VAPAA PÄÄSY</w:t>
      </w:r>
    </w:p>
    <w:p>
      <w:r>
        <w:t>Avaamme ovet kuluttajille, kasvattajille ja muille pihvilihan tuotannosta kiinnostuneille, paikalla kumppaneita!</w:t>
        <w:br/>
        <w:br/>
      </w:r>
    </w:p>
    <w:p>
      <w:r>
        <w:t>VAPAA PÄÄSY, Hinkkurin Haikkusafari on maksullinen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