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10:00-18:00 Padel syysturnaus</w:t>
      </w:r>
    </w:p>
    <w:p>
      <w:r>
        <w:t>Turnauksen kesto riippuu ilmoittautuneiden joukkueiden määrästä. Pelit ajoittuvat klo 10-17 välille.</w:t>
        <w:br/>
        <w:br/>
        <w:br/>
        <w:br/>
      </w:r>
    </w:p>
    <w:p>
      <w:r>
        <w:br/>
        <w:t>Hinta ja maksaminen</w:t>
        <w:br/>
        <w:br/>
        <w:t>Hinta/pelaaja:</w:t>
        <w:br/>
        <w:br/>
        <w:t>15 €/jäsen</w:t>
        <w:br/>
        <w:t>20 €/ei jäsen</w:t>
        <w:br/>
        <w:t>Kullekin joukkueelle toimitetaan yksi lasku ilmoittajan sähköpostiin.</w:t>
        <w:br/>
        <w:br/>
        <w:t>Pelaajia ei ole vakuutettu järjestäjän toimesta.Maksaminen ePassila, Edenredillä tai Smartumilla</w:t>
        <w:br/>
        <w:br/>
        <w:t>Mikäli haluat maksaa osallistumisesi ePassila, Edenredillä tai Smartumilla, mainitse asiasta lomakkeen Lisätietoja-kohdassa. Voit suorittaa maksun palveluntarjoajan mobiilisovelluksella ja toimittaa kuitin suorituksesta osoitteeseen sari.karppi(at)virkistys.fi. Mikäli olet ehtinyt saamaan turnauslaskun ennen maksua, liitä laskun viitenumero tekstikenttään, jos mahdollista.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