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Iso-pappilantie 6</w:t>
      </w:r>
    </w:p>
    <w:p>
      <w:r>
        <w:t>16.7.2023 sunnuntai</w:t>
      </w:r>
    </w:p>
    <w:p>
      <w:pPr>
        <w:pStyle w:val="Heading1"/>
      </w:pPr>
      <w:r>
        <w:t>16.7.2023 sunnuntai</w:t>
      </w:r>
    </w:p>
    <w:p>
      <w:pPr>
        <w:pStyle w:val="Heading2"/>
      </w:pPr>
      <w:r>
        <w:t>15:00-17:30 Frisbeegolfin viikkokisat</w:t>
      </w:r>
    </w:p>
    <w:p>
      <w:r>
        <w:t>Kaikille avoin Frisbeegolf kesäcup osakilpailu.</w:t>
      </w:r>
    </w:p>
    <w:p>
      <w:r>
        <w:t>Osallistumismaksu jäseniltä 3€,muut 5€. Ilmoittautuminen päättyy kilpailupäivänä klo 14.45. Kilpailun aikana alkoholin nauttiminen kielletty. Palkitaan raakasarjan ja tasoitussarjan voittajat PG:n lahjakortilla. Vapaaehtoinen holaripotti 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