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Pappilan frisbeegolfrata Iso-Pappilantie 6</w:t>
      </w:r>
    </w:p>
    <w:p>
      <w:r>
        <w:t>26.8.2023 lauantai</w:t>
      </w:r>
    </w:p>
    <w:p>
      <w:pPr>
        <w:pStyle w:val="Heading1"/>
      </w:pPr>
      <w:r>
        <w:t>26.8.2023 lauantai</w:t>
      </w:r>
    </w:p>
    <w:p>
      <w:pPr>
        <w:pStyle w:val="Heading2"/>
      </w:pPr>
      <w:r>
        <w:t>10:45-18:00 Frisbeegolfin Pappila Open</w:t>
      </w:r>
    </w:p>
    <w:p>
      <w:r>
        <w:t>Kaikille avoin frisbeegolfkisa.</w:t>
      </w:r>
    </w:p>
    <w:p>
      <w:r>
        <w:t>Osallistumismaksu 10€ joka maksetaan ennen kilpailua käteisellä tai mobilepaylla (49993). Pelaajainfo 10.45 1. väylän vieressä. Kilpailussa pelataan kaksi kierrosta. Paikan päällä buffetti, josta ostettavissa kahvia ja pientä purtavaa.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