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Toivolan maamiesseurantalo</w:t>
      </w:r>
    </w:p>
    <w:p>
      <w:r>
        <w:t>23.7.2023 sunnuntai</w:t>
      </w:r>
    </w:p>
    <w:p>
      <w:pPr>
        <w:pStyle w:val="Heading1"/>
      </w:pPr>
      <w:r>
        <w:t>23.7.2023 sunnuntai</w:t>
      </w:r>
    </w:p>
    <w:p>
      <w:pPr>
        <w:pStyle w:val="Heading2"/>
      </w:pPr>
      <w:r>
        <w:t>12:00-14:00 Possujuhla</w:t>
      </w:r>
    </w:p>
    <w:p>
      <w:r>
        <w:t>Perinteitä noudatteleva juhla jossa on tarjolla mm. herkullinen savustettua porsaanlihaa sisältävä ateria. Lisäinfoa tapahtumasta www.toivolankylat.fi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