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Hinkkuri Highland - Hiekkaharjuntie 13, Mäntyharju</w:t>
      </w:r>
    </w:p>
    <w:p>
      <w:r>
        <w:t>4.7.2023 tiistai</w:t>
      </w:r>
    </w:p>
    <w:p>
      <w:pPr>
        <w:pStyle w:val="Heading1"/>
      </w:pPr>
      <w:r>
        <w:t>4.7.2023 tiistai</w:t>
      </w:r>
    </w:p>
    <w:p>
      <w:pPr>
        <w:pStyle w:val="Heading2"/>
      </w:pPr>
      <w:r>
        <w:t>17:00-21:00 Haikkusafari-ilta &amp; AVOIMET OVET</w:t>
      </w:r>
    </w:p>
    <w:p>
      <w:r>
        <w:t xml:space="preserve">Haikkusafarilla koet elämyksiä, jotka nostavat hymyn huulille koko perheelle. </w:t>
      </w:r>
    </w:p>
    <w:p>
      <w:r>
        <w:t>AVOIMET OVET on maksuton.</w:t>
        <w:br/>
        <w:t>HAIKKUSAFARI Hinta on 10 € / hlö tai kuuden hengen seurue 45 €.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