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Vola-Golf</w:t>
      </w:r>
    </w:p>
    <w:p>
      <w:r>
        <w:t>12.7.2023 keskiviikko</w:t>
      </w:r>
    </w:p>
    <w:p>
      <w:pPr>
        <w:pStyle w:val="Heading1"/>
      </w:pPr>
      <w:r>
        <w:t>12.7.2023 keskiviikko</w:t>
      </w:r>
    </w:p>
    <w:p>
      <w:pPr>
        <w:pStyle w:val="Heading2"/>
      </w:pPr>
      <w:r>
        <w:t>10:00-16:00 Golf-kilpailu Vola Open Hartolan golfkentällä</w:t>
      </w:r>
    </w:p>
    <w:p>
      <w:r>
        <w:t xml:space="preserve">Avoin golfkilpailu, jonka yhteydessä ratkotaan Mäntyharjun ja Pertunmaan golfmestarit 2023. </w:t>
      </w:r>
    </w:p>
    <w:p>
      <w:r>
        <w:t>Pelioikeudella tai pelilipulla hinta 25€, muilta 60€. Hinta sisältää buffet-lounaan.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