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15.7.2023 lauantai</w:t>
      </w:r>
    </w:p>
    <w:p>
      <w:pPr>
        <w:pStyle w:val="Heading1"/>
      </w:pPr>
      <w:r>
        <w:t>15.7.2023 lauantai</w:t>
      </w:r>
    </w:p>
    <w:p>
      <w:pPr>
        <w:pStyle w:val="Heading2"/>
      </w:pPr>
      <w:r>
        <w:t>08:00-16:00 SwimRun Mäntyharju</w:t>
      </w:r>
    </w:p>
    <w:p>
      <w:r>
        <w:t>SwimRun Mäntyharju 2023 uidaan ja juostaan jälleen lauantaina 15.7.2023.</w:t>
      </w:r>
    </w:p>
    <w:p>
      <w:r>
        <w:t>Hinnat: Solo-lyhyt 70€ Solo-pitkä 90€</w:t>
        <w:br/>
        <w:br/>
        <w:t>Pari-lyhyt 110€ Pari-pitkä 140€</w:t>
        <w:br/>
        <w:br/>
        <w:t>Hinnat sisältävät: keittolounaan, uimalakin ja “kotiin viemiset”</w:t>
        <w:br/>
        <w:br/>
        <w:t>Ennakkoilmoittautuminen 9.7.2023 mennessä. Jälki-ilmoittautuminen +20€/henkilö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