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29.7.2023 lauantai</w:t>
      </w:r>
    </w:p>
    <w:p>
      <w:pPr>
        <w:pStyle w:val="Heading1"/>
      </w:pPr>
      <w:r>
        <w:t>29.7.2023 lauantai</w:t>
      </w:r>
    </w:p>
    <w:p>
      <w:pPr>
        <w:pStyle w:val="Heading2"/>
      </w:pPr>
      <w:r>
        <w:t>18:00-19:45 Yhden illan juttu - improvisoitua kesäteatteria Koirakivessä</w:t>
      </w:r>
    </w:p>
    <w:p>
      <w:r>
        <w:t>Tampereen improvisaatioteatteri Snorkkeli saapuu toista kertaa viihtyisään Koirakiven kesäteatteriin esityksellään \"Yhden illan juttu\".</w:t>
        <w:br/>
        <w:br/>
      </w:r>
    </w:p>
    <w:p>
      <w:r>
        <w:t>Liput 22€ / 18€ / 15€ ennakkoon holvi.com/shop/snorkkeli tai ovelta tuntia ennen esitystä.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