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30.7.2023 sunnuntai</w:t>
      </w:r>
    </w:p>
    <w:p>
      <w:pPr>
        <w:pStyle w:val="Heading1"/>
      </w:pPr>
      <w:r>
        <w:t>30.7.2023 sunnuntai</w:t>
      </w:r>
    </w:p>
    <w:p>
      <w:pPr>
        <w:pStyle w:val="Heading2"/>
      </w:pPr>
      <w:r>
        <w:t>14:00-15:15 TosiSatu - koko perheen improvisoitu esitys</w:t>
      </w:r>
    </w:p>
    <w:p>
      <w:r>
        <w:t>TosiSatu on lastenteatteriesitys, jossa tarinasta ja sen juonenkäänteistä päättävät lapset.</w:t>
        <w:br/>
        <w:br/>
      </w:r>
    </w:p>
    <w:p>
      <w:r>
        <w:t>Liput: 15€/hlö</w:t>
        <w:br/>
        <w:t>perhelippu 4 hlö 50€</w:t>
        <w:br/>
        <w:t>Ennakkoon Holvista tai ovelta puolituntia ennen esityksen alkua.</w:t>
        <w:br/>
        <w:t>Alle 3-vuotiaat vanhemman sylissä ilmaiseksi.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