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- Hiekkaharjuntie 13, Mäntyharju</w:t>
      </w:r>
    </w:p>
    <w:p>
      <w:r>
        <w:t>15.8.2023 tiistai</w:t>
      </w:r>
    </w:p>
    <w:p>
      <w:pPr>
        <w:pStyle w:val="Heading1"/>
      </w:pPr>
      <w:r>
        <w:t>15.8.2023 tiistai</w:t>
      </w:r>
    </w:p>
    <w:p>
      <w:pPr>
        <w:pStyle w:val="Heading2"/>
      </w:pPr>
      <w:r>
        <w:t>17:00-21:00 Ylämaankarjatilan Avoimet Ovet &amp; HaikkuSafari Mäntyharjulla</w:t>
      </w:r>
    </w:p>
    <w:p>
      <w:r>
        <w:t>Avoimissa ovissa pääset tutustumaan lihakarjan kasvatukseen ja näkemään eläimiä lähietäisyydeltä.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