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lukio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17:30-19:00 Ravitsemusterapeutin luento työikäisille</w:t>
      </w:r>
    </w:p>
    <w:p>
      <w:r>
        <w:t xml:space="preserve">Tervetuloa kuuntelemaan Satu Parkkisen luentoa työikäisen terveellisestä ravitsemuksesta.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