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Reissuravintola, Pentinpolku 2, Mäntyharju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11:00-13:00 Syödään yhdessä -tapahtuma: Ohjelmassa tuolijumppa (ESLi)</w:t>
      </w:r>
    </w:p>
    <w:p>
      <w:r>
        <w:t xml:space="preserve">Syödään yhdessä -tapahtuma Reissuravintolan Dooris-kabinetissa tiistaina 21.11. klo 11.00.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