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Kisala Mäntyharju</w:t>
      </w:r>
    </w:p>
    <w:p>
      <w:r>
        <w:t>10.12.2023 sunnuntai</w:t>
      </w:r>
    </w:p>
    <w:p>
      <w:pPr>
        <w:pStyle w:val="Heading1"/>
      </w:pPr>
      <w:r>
        <w:t>10.12.2023 sunnuntai</w:t>
      </w:r>
    </w:p>
    <w:p>
      <w:pPr>
        <w:pStyle w:val="Heading2"/>
      </w:pPr>
      <w:r>
        <w:t>15:00-16:30 Sibelius-Lukion JouluShow</w:t>
      </w:r>
    </w:p>
    <w:p>
      <w:r>
        <w:t>Sibelius-lukion JouluShow on joulumusiikista koostuva, hengästyttävän energinen ja voimakkaita tunteita pursuava kokonaisuus.</w:t>
        <w:br/>
        <w:br/>
        <w:br/>
        <w:br/>
        <w:br/>
        <w:br/>
      </w:r>
    </w:p>
    <w:p>
      <w:r>
        <w:t>10 eur, maksetaan paikan päällä.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