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10:00-13:00 Salibandyn P8 Säbäkipinä-turnaus</w:t>
      </w:r>
    </w:p>
    <w:p>
      <w:r>
        <w:t xml:space="preserve">Salibandyn Kaakkois-Suomen P8 Säbäkipinä-turnaus.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