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17:00-19:00 Salibandya: MäVi Edustus - SB Coyotes</w:t>
      </w:r>
    </w:p>
    <w:p>
      <w:r>
        <w:t>Salibandyn Kaakkois-Suomen alueen 2. divisioonan pelissä kohtaavat MäVi ja SB Coyotes.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