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Elinvoiman ajankohtaiset, Teams</w:t>
      </w:r>
    </w:p>
    <w:p>
      <w:r>
        <w:t>Elinvoiman ajankohtaiset teams-linjoilla.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