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11:00-14:00 Makasiinin Puoti &amp; Kahvila mukana Mäntyharjun joulussa la 2.12. klo 11-14!</w:t>
      </w:r>
    </w:p>
    <w:p>
      <w:r>
        <w:t xml:space="preserve">Makasiinin Puoti &amp; Kahvila on mukana Mäntyharjun joulun avauksessa!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