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Metsäleikkipuisto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10:00-13:00 Lasten luontopolku Suomen luonnon päivänä</w:t>
      </w:r>
    </w:p>
    <w:p>
      <w:r>
        <w:t xml:space="preserve">Suomen Luonnon päivän luontopolku lapsille Kisalan yhteydessä olevassa Metsäleikkipuistossa. </w:t>
        <w:br/>
        <w:br/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