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Lankaniemen leirikeskus Syvälahdentie 12</w:t>
      </w:r>
    </w:p>
    <w:p>
      <w:r>
        <w:t>10.10.2023 tiistai</w:t>
      </w:r>
    </w:p>
    <w:p>
      <w:pPr>
        <w:pStyle w:val="Heading1"/>
      </w:pPr>
      <w:r>
        <w:t>10.10.2023 tiistai</w:t>
      </w:r>
    </w:p>
    <w:p>
      <w:pPr>
        <w:pStyle w:val="Heading2"/>
      </w:pPr>
      <w:r>
        <w:t>10:00-18:00 Rovastikunnallinen päihdekuntoutujien Ruskaleiri-päivä</w:t>
      </w:r>
    </w:p>
    <w:p>
      <w:r>
        <w:t>Päivä alkaa klo 10 ja kotiin lähdemme klo 18. Ohjelmassa mm. ulkoilua, saunomista, hyvää ruokaa, leirijumis ja osallistujien ohjelmaa.</w:t>
        <w:br/>
        <w:br/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