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13:00-18:00 Luovuus ja Ikä: 70 on vain numero &amp; Johanna Vuoksenmaa</w:t>
      </w:r>
    </w:p>
    <w:p>
      <w:r>
        <w:t xml:space="preserve">70 on vain numero -elokuvanäytös ja keskustelu luovuudesta, vieraana Johanna Vuoksenmaa.  </w:t>
        <w:br/>
        <w:br/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