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13:00-15:00 Vanhustenviikon konsertti: Katri Helenan sävelin, Kulman Kundit</w:t>
      </w:r>
    </w:p>
    <w:p>
      <w:r>
        <w:t>Koirakiven kesäteatterissa kesällä ihastuttanut Kati Helena -musiikkinäytelmä innoitti Mäntyharjun Vanhustenviikon pääkonsertin teeman.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