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18:00-20:00 Anjan lähes erinomainen elämä</w:t>
      </w:r>
    </w:p>
    <w:p>
      <w:r>
        <w:t>Maalaisemännän elämänmakuinen monologi</w:t>
      </w:r>
    </w:p>
    <w:p>
      <w:r>
        <w:t>Liput 20 e/16 e, Lippuja ennakkoon, Nettilippu.fi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