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19:00-21:00 Mäntyharju-päivän etkot: Katri Ylander</w:t>
      </w:r>
    </w:p>
    <w:p>
      <w:r>
        <w:t xml:space="preserve">SYKSY AKUSTISESTI -KIERTUE Valovoimaista Katri Ylanderia kuullaan tänä syksynä akustisella kiertueellaan ympäri Suomen konserttisalien. </w:t>
      </w:r>
    </w:p>
    <w:p>
      <w:r>
        <w:t>Liput 22 e/18 e, ennakkoon, Nettilippu.fi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