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 Askel, 4.krs, Pyhävedentie 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16:00-17:30 Halloween kädentaitopaja lapsille</w:t>
      </w:r>
    </w:p>
    <w:p>
      <w:r>
        <w:t xml:space="preserve">Tehdään yhdessä halloween herkkuja ja askarrellaan.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