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hyvinvointikeskus (Sairaalantie 3)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14:00-16:00 Etelä-Savon hyvinvointialueen elintapaohjauksen päivä</w:t>
      </w:r>
    </w:p>
    <w:p>
      <w:r>
        <w:t xml:space="preserve">Elintapaohjauksen avoimien omien päivä. Tule tapaamaan eloisan elintapaohjaajaa ja kunnan liikuntaneuvojaa.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