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13:00-14:15 Mäntyharjun kirkkokuoron 100-vuotisjuhlakonsertti</w:t>
      </w:r>
    </w:p>
    <w:p>
      <w:r>
        <w:t>Mäntyharjun kirkkokuoro tulee tänä vuonna toimineeksi 100 vuotta.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