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18:00-19:30 Historiatuokio Mäntyharju 428v</w:t>
      </w:r>
    </w:p>
    <w:p>
      <w:r>
        <w:t>Mäntyharju viettää 428-vuotispäiväänsä lokakuussa 27. tai 28.pvä.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